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chivo" w:hAnsi="Archivo" w:cs="Archivo"/>
          <w:b/>
          <w:color w:val="141310"/>
          <w:sz w:val="40"/>
        </w:rPr>
        <w:t>Mesečni izveštaj o održavanju</w:t>
      </w:r>
    </w:p>
    <w:p>
      <w:r>
        <w:rPr>
          <w:rFonts w:ascii="Archivo" w:hAnsi="Archivo" w:cs="Archivo"/>
          <w:b w:val="0"/>
          <w:color w:val="6D6A60"/>
          <w:sz w:val="19"/>
        </w:rPr>
        <w:t>Šta je rađeno, šta je izmereno, šta se predlaže.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PERIOD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____ / 2026.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KLIJENT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____________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URAĐENO U PERIODU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DATUM</w:t>
            </w:r>
          </w:p>
        </w:tc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AKTIVNOST</w:t>
            </w:r>
          </w:p>
        </w:tc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STATUS</w:t>
            </w:r>
          </w:p>
        </w:tc>
      </w:tr>
      <w:tr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</w:tr>
      <w:tr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</w:tr>
      <w:tr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</w:tr>
      <w:tr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  <w:tc>
          <w:tcPr>
            <w:tcW w:type="dxa" w:w="3289"/>
            <w:tcBorders>
              <w:bottom w:val="single" w:sz="4" w:color="D8D4CC"/>
            </w:tcBorders>
          </w:tcPr>
          <w:p/>
        </w:tc>
      </w:tr>
    </w:tbl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MERENJA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METRIKA</w:t>
            </w:r>
          </w:p>
        </w:tc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PRETHODNI MESEC</w:t>
            </w:r>
          </w:p>
        </w:tc>
        <w:tc>
          <w:tcPr>
            <w:tcW w:type="dxa" w:w="3289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OVAJ MESEC</w:t>
            </w:r>
          </w:p>
        </w:tc>
      </w:tr>
      <w:tr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Posete sajtu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</w:tr>
      <w:tr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Prikazi Google profila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</w:tr>
      <w:tr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Pozivi / poruke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  <w:tc>
          <w:tcPr>
            <w:tcW w:type="dxa" w:w="3289"/>
            <w:tcBorders>
              <w:bottom w:val="single" w:sz="4" w:color="D8D4CC"/>
            </w:tcBorders>
          </w:tcPr>
          <w:p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—</w:t>
            </w:r>
          </w:p>
        </w:tc>
      </w:tr>
    </w:tbl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PREDLOG ZA SLEDEĆI PERIOD</w:t>
      </w:r>
    </w:p>
    <w:p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